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AFB" w:rsidRDefault="009A773B">
      <w:pPr>
        <w:pStyle w:val="Nagwek1"/>
      </w:pPr>
      <w:r>
        <w:t>REGULAMIN KONKURSU FILMOWEGO „TUWIM W OBIEKTYWIE”</w:t>
      </w:r>
    </w:p>
    <w:p w:rsidR="00B71AFB" w:rsidRDefault="00B71AFB"/>
    <w:p w:rsidR="00B71AFB" w:rsidRDefault="009A773B">
      <w:r>
        <w:t>§ 1. Organizator</w:t>
      </w:r>
    </w:p>
    <w:p w:rsidR="00B71AFB" w:rsidRDefault="009A773B">
      <w:r>
        <w:t>1. Organizatorem konkursu jest Gminna Biblioteka Publiczna w Jerzmanowej.</w:t>
      </w:r>
    </w:p>
    <w:p w:rsidR="00B71AFB" w:rsidRDefault="009A773B">
      <w:r>
        <w:t>2. Konkurs organizowany jest we współpracy z Księgarnią Feniks w Głogowie, będącą fundatorem nagród rzeczowych.</w:t>
      </w:r>
    </w:p>
    <w:p w:rsidR="00B71AFB" w:rsidRDefault="00B71AFB"/>
    <w:p w:rsidR="00B71AFB" w:rsidRDefault="009A773B">
      <w:r>
        <w:t>§ 1a. Cele konkursu</w:t>
      </w:r>
    </w:p>
    <w:p w:rsidR="00B71AFB" w:rsidRDefault="009A773B">
      <w:r>
        <w:t>Celem konkursu jest:</w:t>
      </w:r>
    </w:p>
    <w:p w:rsidR="00B71AFB" w:rsidRDefault="009A773B">
      <w:r>
        <w:t>1) popularyzacja twórczości Juliana Tuwima wśród dzieci i młodzieży,</w:t>
      </w:r>
    </w:p>
    <w:p w:rsidR="00B71AFB" w:rsidRDefault="009A773B">
      <w:r>
        <w:t>2) rozwijanie zainteresowań czytelniczych i literackich,</w:t>
      </w:r>
    </w:p>
    <w:p w:rsidR="00B71AFB" w:rsidRDefault="009A773B">
      <w:r>
        <w:t>3) wspieranie kreatywności, wyobraźni oraz ekspresji artystycznej,</w:t>
      </w:r>
    </w:p>
    <w:p w:rsidR="00B71AFB" w:rsidRDefault="009A773B">
      <w:r>
        <w:t>4) zachęcanie do twórczego wykorzystania nowych mediów,</w:t>
      </w:r>
    </w:p>
    <w:p w:rsidR="00B71AFB" w:rsidRDefault="009A773B">
      <w:r>
        <w:t>5) integracja rodzin i grup rówieśniczych,</w:t>
      </w:r>
    </w:p>
    <w:p w:rsidR="00B71AFB" w:rsidRDefault="009A773B">
      <w:r>
        <w:t>6) promowanie aktywnego uczestnictwa w kulturze oraz działalności Gminnej Biblioteki Publicznej w Jerzmanowej.</w:t>
      </w:r>
    </w:p>
    <w:p w:rsidR="00B71AFB" w:rsidRDefault="00B71AFB"/>
    <w:p w:rsidR="00B71AFB" w:rsidRDefault="009A773B">
      <w:r>
        <w:t>§ 2. Uczestnicy konkursu</w:t>
      </w:r>
    </w:p>
    <w:p w:rsidR="00B71AFB" w:rsidRDefault="009A773B">
      <w:r>
        <w:t xml:space="preserve">1. </w:t>
      </w:r>
      <w:proofErr w:type="spellStart"/>
      <w:r>
        <w:t>Konkurs</w:t>
      </w:r>
      <w:proofErr w:type="spellEnd"/>
      <w:r>
        <w:t xml:space="preserve"> </w:t>
      </w:r>
      <w:proofErr w:type="spellStart"/>
      <w:r>
        <w:t>skierowany</w:t>
      </w:r>
      <w:proofErr w:type="spellEnd"/>
      <w:r>
        <w:t xml:space="preserve"> jest do </w:t>
      </w:r>
      <w:proofErr w:type="spellStart"/>
      <w:r w:rsidR="00C063A5">
        <w:t>mieszkańców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>
        <w:t>Jerzmanowa</w:t>
      </w:r>
      <w:proofErr w:type="spellEnd"/>
      <w:r>
        <w:t>.</w:t>
      </w:r>
    </w:p>
    <w:p w:rsidR="00B71AFB" w:rsidRDefault="009A773B">
      <w:r>
        <w:t>2. Udział w konkursie jest bezpłatny.</w:t>
      </w:r>
    </w:p>
    <w:p w:rsidR="00C063A5" w:rsidRDefault="009A773B">
      <w:r>
        <w:t xml:space="preserve">3. W konkursie można wziąć udział indywidualnie lub zespołowo –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rodzina</w:t>
      </w:r>
      <w:proofErr w:type="spellEnd"/>
      <w:r>
        <w:t xml:space="preserve"> </w:t>
      </w:r>
      <w:proofErr w:type="spellStart"/>
      <w:r>
        <w:t>uczestnika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uczniów</w:t>
      </w:r>
      <w:proofErr w:type="spellEnd"/>
      <w:r>
        <w:t xml:space="preserve"> (</w:t>
      </w:r>
      <w:proofErr w:type="spellStart"/>
      <w:r>
        <w:t>powyżej</w:t>
      </w:r>
      <w:proofErr w:type="spellEnd"/>
      <w:r>
        <w:t xml:space="preserve"> 3 </w:t>
      </w:r>
      <w:proofErr w:type="spellStart"/>
      <w:r>
        <w:t>osób</w:t>
      </w:r>
      <w:proofErr w:type="spellEnd"/>
      <w:r>
        <w:t>).</w:t>
      </w:r>
    </w:p>
    <w:p w:rsidR="00B71AFB" w:rsidRDefault="00B71AFB"/>
    <w:p w:rsidR="00B71AFB" w:rsidRDefault="009A773B">
      <w:r>
        <w:t>§ 3. Kategorie wiekowe</w:t>
      </w:r>
    </w:p>
    <w:p w:rsidR="00B71AFB" w:rsidRDefault="009A773B">
      <w:r>
        <w:t>Nagrody zostaną przyznane w następujących kategoriach:</w:t>
      </w:r>
    </w:p>
    <w:p w:rsidR="00B71AFB" w:rsidRDefault="009A773B">
      <w:r>
        <w:t>1) dzieci w wieku 3–6 lat,</w:t>
      </w:r>
    </w:p>
    <w:p w:rsidR="00B71AFB" w:rsidRDefault="009A773B">
      <w:r>
        <w:t>2) klasy I–III,</w:t>
      </w:r>
    </w:p>
    <w:p w:rsidR="00B71AFB" w:rsidRDefault="009A773B">
      <w:r>
        <w:lastRenderedPageBreak/>
        <w:t>3) klasy IV–VI,</w:t>
      </w:r>
    </w:p>
    <w:p w:rsidR="00C063A5" w:rsidRDefault="009A773B">
      <w:r>
        <w:t xml:space="preserve">4) </w:t>
      </w:r>
      <w:proofErr w:type="spellStart"/>
      <w:r>
        <w:t>klasy</w:t>
      </w:r>
      <w:proofErr w:type="spellEnd"/>
      <w:r>
        <w:t xml:space="preserve"> VII–VIII.</w:t>
      </w:r>
    </w:p>
    <w:p w:rsidR="00C063A5" w:rsidRDefault="00C063A5">
      <w:r>
        <w:t xml:space="preserve">5) </w:t>
      </w:r>
      <w:proofErr w:type="spellStart"/>
      <w:r>
        <w:t>uczniowie</w:t>
      </w:r>
      <w:proofErr w:type="spellEnd"/>
      <w:r>
        <w:t xml:space="preserve"> </w:t>
      </w:r>
      <w:proofErr w:type="spellStart"/>
      <w:r>
        <w:t>szkół</w:t>
      </w:r>
      <w:proofErr w:type="spellEnd"/>
      <w:r>
        <w:t xml:space="preserve"> </w:t>
      </w:r>
      <w:proofErr w:type="spellStart"/>
      <w:r>
        <w:t>ponadpodstawowych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dorośli</w:t>
      </w:r>
      <w:proofErr w:type="spellEnd"/>
      <w:r>
        <w:t>.</w:t>
      </w:r>
    </w:p>
    <w:p w:rsidR="00B71AFB" w:rsidRDefault="00B71AFB"/>
    <w:p w:rsidR="00B71AFB" w:rsidRDefault="009A773B">
      <w:r>
        <w:t>§ 4. Zasady konkursu</w:t>
      </w:r>
    </w:p>
    <w:p w:rsidR="00B71AFB" w:rsidRDefault="009A773B">
      <w:r>
        <w:t>1. Zadaniem konkursowym jest przygotowanie krótkiego filmu wideo prezentującego wybrany utwór poetycki autorstwa Juliana Tuwima.</w:t>
      </w:r>
    </w:p>
    <w:p w:rsidR="00B71AFB" w:rsidRDefault="009A773B">
      <w:r>
        <w:t>2. Mile widziane jest wykorzystanie rekwizytów, scenografii lub strojów.</w:t>
      </w:r>
    </w:p>
    <w:p w:rsidR="00B71AFB" w:rsidRDefault="009A773B">
      <w:r>
        <w:t>3. Film powinien być zapisany w formacie mp4.</w:t>
      </w:r>
    </w:p>
    <w:p w:rsidR="00B71AFB" w:rsidRDefault="009A773B">
      <w:r>
        <w:t>4. Każdy uczestnik lub grupa może zgłosić jedną pracę konkursową.</w:t>
      </w:r>
    </w:p>
    <w:p w:rsidR="00B71AFB" w:rsidRDefault="00B71AFB"/>
    <w:p w:rsidR="00B71AFB" w:rsidRDefault="009A773B">
      <w:r>
        <w:t>§ 5. Zgłoszenie prac</w:t>
      </w:r>
    </w:p>
    <w:p w:rsidR="00B71AFB" w:rsidRDefault="009A773B">
      <w:r>
        <w:t>1. Pracę konkursową należy przesłać drogą mailową na adres: biblioteka.jerzm@gmail.com</w:t>
      </w:r>
    </w:p>
    <w:p w:rsidR="00B71AFB" w:rsidRDefault="009A773B">
      <w:r>
        <w:t>2. W treści wiadomości należy podać dane uczestnika oraz dane kontaktowe opiekuna prawnego.</w:t>
      </w:r>
    </w:p>
    <w:p w:rsidR="00B71AFB" w:rsidRDefault="00B71AFB"/>
    <w:p w:rsidR="00B71AFB" w:rsidRDefault="009A773B">
      <w:r>
        <w:t>§ 6. Terminy</w:t>
      </w:r>
    </w:p>
    <w:p w:rsidR="00B71AFB" w:rsidRDefault="0038716B">
      <w:r>
        <w:t xml:space="preserve">1. </w:t>
      </w:r>
      <w:proofErr w:type="spellStart"/>
      <w:r>
        <w:t>Konkurs</w:t>
      </w:r>
      <w:proofErr w:type="spellEnd"/>
      <w:r>
        <w:t xml:space="preserve"> </w:t>
      </w:r>
      <w:proofErr w:type="spellStart"/>
      <w:r>
        <w:t>trwa</w:t>
      </w:r>
      <w:proofErr w:type="spellEnd"/>
      <w:r>
        <w:t xml:space="preserve"> od 24 </w:t>
      </w:r>
      <w:proofErr w:type="spellStart"/>
      <w:r>
        <w:t>lutego</w:t>
      </w:r>
      <w:proofErr w:type="spellEnd"/>
      <w:r>
        <w:t xml:space="preserve"> 2026 r. do 21 </w:t>
      </w:r>
      <w:proofErr w:type="spellStart"/>
      <w:r>
        <w:t>marca</w:t>
      </w:r>
      <w:proofErr w:type="spellEnd"/>
      <w:r w:rsidR="009A773B">
        <w:t xml:space="preserve"> 2026 r.</w:t>
      </w:r>
    </w:p>
    <w:p w:rsidR="00B71AFB" w:rsidRDefault="00B71AFB"/>
    <w:p w:rsidR="00B71AFB" w:rsidRDefault="009A773B">
      <w:r>
        <w:t>§ 7. Kryteria oceny</w:t>
      </w:r>
    </w:p>
    <w:p w:rsidR="00B71AFB" w:rsidRDefault="009A773B">
      <w:r>
        <w:t>1. Jury oceni prace pod kątem: zgodności z tematem, interpretacji utworu, kreatywności, wykorzystania rekwizytów, walorów artystycznych oraz estetyki.</w:t>
      </w:r>
    </w:p>
    <w:p w:rsidR="00B71AFB" w:rsidRDefault="009A773B">
      <w:r>
        <w:t>2. Ocena dostosowana będzie do kategorii wiekowej.</w:t>
      </w:r>
    </w:p>
    <w:p w:rsidR="00B71AFB" w:rsidRDefault="00B71AFB"/>
    <w:p w:rsidR="00B71AFB" w:rsidRDefault="009A773B">
      <w:r>
        <w:t>§ 8. Nagrody</w:t>
      </w:r>
    </w:p>
    <w:p w:rsidR="00B71AFB" w:rsidRDefault="009A773B">
      <w:r>
        <w:t>1. Laureaci otrzymają nagrody rzeczowe.</w:t>
      </w:r>
    </w:p>
    <w:p w:rsidR="00B71AFB" w:rsidRDefault="009A773B">
      <w:r>
        <w:t>2. Wręczenie nagród odbędzie się w siedzibie Gminnej Biblioteki Publiczn</w:t>
      </w:r>
      <w:r w:rsidR="008828AC">
        <w:t>ej w Jerzmanowej w terminie od 24 do 28</w:t>
      </w:r>
      <w:bookmarkStart w:id="0" w:name="_GoBack"/>
      <w:bookmarkEnd w:id="0"/>
      <w:r>
        <w:t xml:space="preserve"> </w:t>
      </w:r>
      <w:proofErr w:type="spellStart"/>
      <w:r>
        <w:t>marca</w:t>
      </w:r>
      <w:proofErr w:type="spellEnd"/>
      <w:r>
        <w:t xml:space="preserve"> 2026 r.</w:t>
      </w:r>
    </w:p>
    <w:p w:rsidR="00B71AFB" w:rsidRDefault="00B71AFB"/>
    <w:p w:rsidR="00B71AFB" w:rsidRDefault="009A773B">
      <w:r>
        <w:t>§ 9. Zgody i RODO</w:t>
      </w:r>
    </w:p>
    <w:p w:rsidR="00B71AFB" w:rsidRDefault="009A773B">
      <w:r>
        <w:t xml:space="preserve">1. Warunkiem udziału w konkursie jest dostarczenie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opiekuna</w:t>
      </w:r>
      <w:proofErr w:type="spellEnd"/>
      <w:r>
        <w:t xml:space="preserve"> </w:t>
      </w:r>
      <w:proofErr w:type="spellStart"/>
      <w:r>
        <w:t>prawnego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przetwarzanie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(RODO).</w:t>
      </w:r>
      <w:r w:rsidR="0036704C">
        <w:t xml:space="preserve"> (</w:t>
      </w:r>
      <w:proofErr w:type="spellStart"/>
      <w:r w:rsidR="0036704C">
        <w:t>Załącznik</w:t>
      </w:r>
      <w:proofErr w:type="spellEnd"/>
      <w:r w:rsidR="0036704C">
        <w:t xml:space="preserve"> nr1 do </w:t>
      </w:r>
      <w:proofErr w:type="spellStart"/>
      <w:r w:rsidR="0036704C">
        <w:t>regulaminu</w:t>
      </w:r>
      <w:proofErr w:type="spellEnd"/>
      <w:r w:rsidR="0036704C">
        <w:t>)</w:t>
      </w:r>
    </w:p>
    <w:p w:rsidR="00B71AFB" w:rsidRDefault="009A773B">
      <w:r>
        <w:t>2. Brak zgód skutkuje niedopuszczeniem pracy do konkursu.</w:t>
      </w:r>
    </w:p>
    <w:p w:rsidR="00B71AFB" w:rsidRDefault="009A773B">
      <w:r>
        <w:t>3. Administratorem danych osobowych jest Gminna Biblioteka Publiczna w Jerzmanowej.</w:t>
      </w:r>
    </w:p>
    <w:p w:rsidR="00B71AFB" w:rsidRDefault="00B71AFB"/>
    <w:p w:rsidR="00B71AFB" w:rsidRDefault="009A773B">
      <w:r>
        <w:t>§ 10. Postanowienia końcowe</w:t>
      </w:r>
    </w:p>
    <w:p w:rsidR="00B71AFB" w:rsidRDefault="009A773B">
      <w:r>
        <w:t>1. Przesłanie pracy oznacza akceptację regulaminu.</w:t>
      </w:r>
    </w:p>
    <w:p w:rsidR="00B71AFB" w:rsidRDefault="00B71AFB"/>
    <w:p w:rsidR="0036704C" w:rsidRDefault="0036704C"/>
    <w:p w:rsidR="0036704C" w:rsidRDefault="0036704C"/>
    <w:p w:rsidR="0036704C" w:rsidRDefault="0036704C"/>
    <w:p w:rsidR="0036704C" w:rsidRDefault="0036704C"/>
    <w:p w:rsidR="0036704C" w:rsidRDefault="0036704C"/>
    <w:p w:rsidR="0036704C" w:rsidRDefault="0036704C"/>
    <w:p w:rsidR="0036704C" w:rsidRDefault="0036704C"/>
    <w:p w:rsidR="0036704C" w:rsidRDefault="0036704C"/>
    <w:p w:rsidR="0036704C" w:rsidRDefault="0036704C"/>
    <w:p w:rsidR="0036704C" w:rsidRDefault="0036704C"/>
    <w:p w:rsidR="0036704C" w:rsidRDefault="0036704C"/>
    <w:p w:rsidR="0036704C" w:rsidRDefault="0036704C"/>
    <w:p w:rsidR="0036704C" w:rsidRDefault="0036704C"/>
    <w:p w:rsidR="0036704C" w:rsidRDefault="0036704C"/>
    <w:p w:rsidR="0036704C" w:rsidRDefault="0036704C"/>
    <w:p w:rsidR="0036704C" w:rsidRDefault="0036704C"/>
    <w:p w:rsidR="0036704C" w:rsidRDefault="0036704C">
      <w:proofErr w:type="spellStart"/>
      <w:r>
        <w:lastRenderedPageBreak/>
        <w:t>Załącznik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 1.</w:t>
      </w:r>
    </w:p>
    <w:p w:rsidR="0036704C" w:rsidRDefault="0036704C"/>
    <w:p w:rsidR="0036704C" w:rsidRPr="005D22B7" w:rsidRDefault="0036704C" w:rsidP="0036704C">
      <w:pPr>
        <w:jc w:val="center"/>
        <w:rPr>
          <w:b/>
        </w:rPr>
      </w:pPr>
      <w:r w:rsidRPr="005D22B7">
        <w:rPr>
          <w:b/>
        </w:rPr>
        <w:t>ZGODA OPIEKUNA PRAWNEGO</w:t>
      </w:r>
    </w:p>
    <w:p w:rsidR="005D22B7" w:rsidRDefault="005D22B7" w:rsidP="0036704C"/>
    <w:p w:rsidR="0036704C" w:rsidRDefault="0036704C" w:rsidP="0036704C">
      <w:r>
        <w:t>Ja (</w:t>
      </w: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) ………………………………………………………..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</w:t>
      </w:r>
      <w:proofErr w:type="spellStart"/>
      <w:r>
        <w:t>mojego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(</w:t>
      </w: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, </w:t>
      </w:r>
      <w:proofErr w:type="spellStart"/>
      <w:r>
        <w:t>klasa</w:t>
      </w:r>
      <w:proofErr w:type="spellEnd"/>
      <w:r>
        <w:t xml:space="preserve">, do </w:t>
      </w:r>
      <w:proofErr w:type="spellStart"/>
      <w:r>
        <w:t>której</w:t>
      </w:r>
      <w:proofErr w:type="spellEnd"/>
      <w:r>
        <w:t xml:space="preserve"> </w:t>
      </w:r>
      <w:proofErr w:type="spellStart"/>
      <w:r>
        <w:t>uczęszcza</w:t>
      </w:r>
      <w:proofErr w:type="spellEnd"/>
      <w:r>
        <w:t xml:space="preserve">) …………………………………………………………. w </w:t>
      </w:r>
      <w:proofErr w:type="spellStart"/>
      <w:r>
        <w:t>Konkursie</w:t>
      </w:r>
      <w:proofErr w:type="spellEnd"/>
      <w:r>
        <w:t xml:space="preserve"> </w:t>
      </w:r>
      <w:proofErr w:type="spellStart"/>
      <w:r>
        <w:t>Filmowym</w:t>
      </w:r>
      <w:proofErr w:type="spellEnd"/>
      <w:r>
        <w:t xml:space="preserve"> “</w:t>
      </w:r>
      <w:proofErr w:type="spellStart"/>
      <w:r>
        <w:t>Tuwim</w:t>
      </w:r>
      <w:proofErr w:type="spellEnd"/>
      <w:r>
        <w:t xml:space="preserve"> w </w:t>
      </w:r>
      <w:proofErr w:type="spellStart"/>
      <w:r>
        <w:t>obiektywie</w:t>
      </w:r>
      <w:proofErr w:type="spellEnd"/>
      <w:r>
        <w:t xml:space="preserve">”. </w:t>
      </w:r>
    </w:p>
    <w:p w:rsidR="0036704C" w:rsidRDefault="0036704C" w:rsidP="0036704C">
      <w:proofErr w:type="spellStart"/>
      <w:r>
        <w:t>Akceptuję</w:t>
      </w:r>
      <w:proofErr w:type="spellEnd"/>
      <w:r>
        <w:t xml:space="preserve"> </w:t>
      </w:r>
      <w:proofErr w:type="spellStart"/>
      <w:r>
        <w:t>regulamin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</w:t>
      </w:r>
      <w:proofErr w:type="spellStart"/>
      <w:r w:rsidR="005D22B7">
        <w:t>i</w:t>
      </w:r>
      <w:proofErr w:type="spellEnd"/>
      <w:r>
        <w:t xml:space="preserve">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przetwarzanie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moich</w:t>
      </w:r>
      <w:proofErr w:type="spellEnd"/>
      <w:r>
        <w:t xml:space="preserve"> </w:t>
      </w:r>
      <w:proofErr w:type="spellStart"/>
      <w:r w:rsidR="005D22B7">
        <w:t>i</w:t>
      </w:r>
      <w:proofErr w:type="spellEnd"/>
      <w:r>
        <w:t xml:space="preserve"> </w:t>
      </w:r>
      <w:proofErr w:type="spellStart"/>
      <w:r>
        <w:t>mojego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Organizatorów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celów</w:t>
      </w:r>
      <w:proofErr w:type="spellEnd"/>
      <w:r>
        <w:t xml:space="preserve"> </w:t>
      </w:r>
      <w:proofErr w:type="spellStart"/>
      <w:r>
        <w:t>organizacyjnych</w:t>
      </w:r>
      <w:proofErr w:type="spellEnd"/>
      <w:r>
        <w:t xml:space="preserve"> </w:t>
      </w:r>
      <w:proofErr w:type="spellStart"/>
      <w:r w:rsidR="005D22B7">
        <w:t>i</w:t>
      </w:r>
      <w:proofErr w:type="spellEnd"/>
      <w:r>
        <w:t xml:space="preserve"> </w:t>
      </w:r>
      <w:proofErr w:type="spellStart"/>
      <w:r>
        <w:t>promocyjnych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określonych</w:t>
      </w:r>
      <w:proofErr w:type="spellEnd"/>
      <w:r>
        <w:t xml:space="preserve"> w </w:t>
      </w:r>
      <w:proofErr w:type="spellStart"/>
      <w:r>
        <w:t>regulaminie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>.</w:t>
      </w:r>
    </w:p>
    <w:p w:rsidR="0036704C" w:rsidRDefault="0036704C" w:rsidP="0036704C"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publikację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mojego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w </w:t>
      </w:r>
      <w:proofErr w:type="spellStart"/>
      <w:r>
        <w:t>razie</w:t>
      </w:r>
      <w:proofErr w:type="spellEnd"/>
      <w:r>
        <w:t xml:space="preserve"> </w:t>
      </w:r>
      <w:proofErr w:type="spellStart"/>
      <w:r>
        <w:t>wygranej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stronie</w:t>
      </w:r>
      <w:proofErr w:type="spellEnd"/>
      <w:r>
        <w:t xml:space="preserve"> </w:t>
      </w:r>
      <w:proofErr w:type="spellStart"/>
      <w:r>
        <w:t>internetowej</w:t>
      </w:r>
      <w:proofErr w:type="spellEnd"/>
      <w:r>
        <w:t xml:space="preserve"> </w:t>
      </w:r>
      <w:proofErr w:type="spellStart"/>
      <w:r>
        <w:t>Biblioteki</w:t>
      </w:r>
      <w:proofErr w:type="spellEnd"/>
      <w:r>
        <w:t xml:space="preserve"> </w:t>
      </w:r>
      <w:proofErr w:type="spellStart"/>
      <w:r>
        <w:t>Publicznej</w:t>
      </w:r>
      <w:proofErr w:type="spellEnd"/>
      <w:r>
        <w:t xml:space="preserve"> w </w:t>
      </w:r>
      <w:proofErr w:type="spellStart"/>
      <w:r>
        <w:t>Jerzmanowej</w:t>
      </w:r>
      <w:proofErr w:type="spellEnd"/>
      <w:r>
        <w:t xml:space="preserve">: bibliotekajerzm.pl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</w:t>
      </w:r>
      <w:r w:rsidR="005D22B7">
        <w:t>u</w:t>
      </w:r>
      <w:proofErr w:type="spellEnd"/>
      <w:r>
        <w:t xml:space="preserve"> </w:t>
      </w:r>
      <w:proofErr w:type="spellStart"/>
      <w:r>
        <w:t>społecznościowym</w:t>
      </w:r>
      <w:proofErr w:type="spellEnd"/>
      <w:r>
        <w:t xml:space="preserve"> Facebook </w:t>
      </w:r>
      <w:proofErr w:type="spellStart"/>
      <w:r>
        <w:t>Biblioteki</w:t>
      </w:r>
      <w:proofErr w:type="spellEnd"/>
      <w:r>
        <w:t xml:space="preserve"> </w:t>
      </w:r>
      <w:proofErr w:type="spellStart"/>
      <w:r>
        <w:t>Publicznej</w:t>
      </w:r>
      <w:proofErr w:type="spellEnd"/>
      <w:r>
        <w:t xml:space="preserve"> w </w:t>
      </w:r>
      <w:proofErr w:type="spellStart"/>
      <w:r>
        <w:t>Jerzmanowej</w:t>
      </w:r>
      <w:proofErr w:type="spellEnd"/>
      <w:r>
        <w:t>.</w:t>
      </w:r>
    </w:p>
    <w:p w:rsidR="0036704C" w:rsidRDefault="0036704C" w:rsidP="0036704C"/>
    <w:p w:rsidR="005D22B7" w:rsidRDefault="005D22B7" w:rsidP="0036704C"/>
    <w:p w:rsidR="005D22B7" w:rsidRDefault="005D22B7" w:rsidP="0036704C"/>
    <w:p w:rsidR="005D22B7" w:rsidRDefault="005D22B7" w:rsidP="005D22B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………………………………………………..</w:t>
      </w:r>
    </w:p>
    <w:p w:rsidR="005D22B7" w:rsidRDefault="005D22B7" w:rsidP="0036704C">
      <w:pPr>
        <w:jc w:val="center"/>
        <w:rPr>
          <w:b/>
          <w:sz w:val="24"/>
          <w:szCs w:val="24"/>
        </w:rPr>
      </w:pPr>
    </w:p>
    <w:p w:rsidR="005D22B7" w:rsidRDefault="005D22B7" w:rsidP="0036704C">
      <w:pPr>
        <w:jc w:val="center"/>
        <w:rPr>
          <w:b/>
          <w:sz w:val="24"/>
          <w:szCs w:val="24"/>
        </w:rPr>
      </w:pPr>
    </w:p>
    <w:p w:rsidR="005D22B7" w:rsidRDefault="005D22B7" w:rsidP="0036704C">
      <w:pPr>
        <w:jc w:val="center"/>
        <w:rPr>
          <w:b/>
          <w:sz w:val="24"/>
          <w:szCs w:val="24"/>
        </w:rPr>
      </w:pPr>
    </w:p>
    <w:p w:rsidR="005D22B7" w:rsidRDefault="005D22B7" w:rsidP="0036704C">
      <w:pPr>
        <w:jc w:val="center"/>
        <w:rPr>
          <w:b/>
          <w:sz w:val="24"/>
          <w:szCs w:val="24"/>
        </w:rPr>
      </w:pPr>
    </w:p>
    <w:p w:rsidR="0036704C" w:rsidRPr="005D22B7" w:rsidRDefault="0036704C" w:rsidP="0036704C">
      <w:pPr>
        <w:jc w:val="center"/>
        <w:rPr>
          <w:b/>
          <w:sz w:val="24"/>
          <w:szCs w:val="24"/>
        </w:rPr>
      </w:pPr>
      <w:proofErr w:type="spellStart"/>
      <w:r w:rsidRPr="005D22B7">
        <w:rPr>
          <w:b/>
          <w:sz w:val="24"/>
          <w:szCs w:val="24"/>
        </w:rPr>
        <w:t>Klauzula</w:t>
      </w:r>
      <w:proofErr w:type="spellEnd"/>
      <w:r w:rsidRPr="005D22B7">
        <w:rPr>
          <w:b/>
          <w:sz w:val="24"/>
          <w:szCs w:val="24"/>
        </w:rPr>
        <w:t xml:space="preserve"> </w:t>
      </w:r>
      <w:proofErr w:type="spellStart"/>
      <w:r w:rsidRPr="005D22B7">
        <w:rPr>
          <w:b/>
          <w:sz w:val="24"/>
          <w:szCs w:val="24"/>
        </w:rPr>
        <w:t>informacyjna</w:t>
      </w:r>
      <w:proofErr w:type="spellEnd"/>
    </w:p>
    <w:p w:rsidR="0036704C" w:rsidRPr="001A7EF8" w:rsidRDefault="0036704C" w:rsidP="0036704C">
      <w:pPr>
        <w:jc w:val="center"/>
        <w:rPr>
          <w:sz w:val="24"/>
          <w:szCs w:val="24"/>
        </w:rPr>
      </w:pPr>
    </w:p>
    <w:p w:rsidR="0036704C" w:rsidRPr="001A7EF8" w:rsidRDefault="0036704C" w:rsidP="005D22B7">
      <w:pPr>
        <w:ind w:left="360"/>
        <w:jc w:val="both"/>
        <w:rPr>
          <w:sz w:val="24"/>
          <w:szCs w:val="24"/>
        </w:rPr>
      </w:pPr>
      <w:proofErr w:type="spellStart"/>
      <w:r w:rsidRPr="001A7EF8">
        <w:rPr>
          <w:sz w:val="24"/>
          <w:szCs w:val="24"/>
        </w:rPr>
        <w:t>Zgodnie</w:t>
      </w:r>
      <w:proofErr w:type="spellEnd"/>
      <w:r w:rsidRPr="001A7EF8">
        <w:rPr>
          <w:sz w:val="24"/>
          <w:szCs w:val="24"/>
        </w:rPr>
        <w:t xml:space="preserve"> z art.13 </w:t>
      </w:r>
      <w:proofErr w:type="spellStart"/>
      <w:r w:rsidRPr="001A7EF8">
        <w:rPr>
          <w:sz w:val="24"/>
          <w:szCs w:val="24"/>
        </w:rPr>
        <w:t>ust</w:t>
      </w:r>
      <w:proofErr w:type="spellEnd"/>
      <w:r w:rsidRPr="001A7EF8">
        <w:rPr>
          <w:sz w:val="24"/>
          <w:szCs w:val="24"/>
        </w:rPr>
        <w:t xml:space="preserve">. 1 </w:t>
      </w:r>
      <w:proofErr w:type="spellStart"/>
      <w:r w:rsidRPr="001A7EF8">
        <w:rPr>
          <w:sz w:val="24"/>
          <w:szCs w:val="24"/>
        </w:rPr>
        <w:t>i</w:t>
      </w:r>
      <w:proofErr w:type="spellEnd"/>
      <w:r w:rsidRPr="001A7EF8">
        <w:rPr>
          <w:sz w:val="24"/>
          <w:szCs w:val="24"/>
        </w:rPr>
        <w:t xml:space="preserve"> 2 </w:t>
      </w:r>
      <w:proofErr w:type="spellStart"/>
      <w:r w:rsidRPr="001A7EF8">
        <w:rPr>
          <w:sz w:val="24"/>
          <w:szCs w:val="24"/>
        </w:rPr>
        <w:t>ogólnego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rozporządzenia</w:t>
      </w:r>
      <w:proofErr w:type="spellEnd"/>
      <w:r w:rsidRPr="001A7EF8">
        <w:rPr>
          <w:sz w:val="24"/>
          <w:szCs w:val="24"/>
        </w:rPr>
        <w:t xml:space="preserve"> o </w:t>
      </w:r>
      <w:proofErr w:type="spellStart"/>
      <w:r w:rsidRPr="001A7EF8">
        <w:rPr>
          <w:sz w:val="24"/>
          <w:szCs w:val="24"/>
        </w:rPr>
        <w:t>ochronie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danych</w:t>
      </w:r>
      <w:proofErr w:type="spellEnd"/>
      <w:r w:rsidRPr="001A7EF8">
        <w:rPr>
          <w:sz w:val="24"/>
          <w:szCs w:val="24"/>
        </w:rPr>
        <w:t xml:space="preserve"> z </w:t>
      </w:r>
      <w:proofErr w:type="spellStart"/>
      <w:r w:rsidRPr="001A7EF8">
        <w:rPr>
          <w:sz w:val="24"/>
          <w:szCs w:val="24"/>
        </w:rPr>
        <w:t>dnia</w:t>
      </w:r>
      <w:proofErr w:type="spellEnd"/>
      <w:r w:rsidRPr="001A7EF8">
        <w:rPr>
          <w:sz w:val="24"/>
          <w:szCs w:val="24"/>
        </w:rPr>
        <w:t xml:space="preserve"> 27 </w:t>
      </w:r>
      <w:proofErr w:type="spellStart"/>
      <w:r w:rsidRPr="001A7EF8">
        <w:rPr>
          <w:sz w:val="24"/>
          <w:szCs w:val="24"/>
        </w:rPr>
        <w:t>kwietnia</w:t>
      </w:r>
      <w:proofErr w:type="spellEnd"/>
      <w:r w:rsidRPr="001A7EF8">
        <w:rPr>
          <w:sz w:val="24"/>
          <w:szCs w:val="24"/>
        </w:rPr>
        <w:t xml:space="preserve"> 2016r. </w:t>
      </w:r>
      <w:proofErr w:type="spellStart"/>
      <w:r w:rsidRPr="001A7EF8">
        <w:rPr>
          <w:sz w:val="24"/>
          <w:szCs w:val="24"/>
        </w:rPr>
        <w:t>oraz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ustawy</w:t>
      </w:r>
      <w:proofErr w:type="spellEnd"/>
      <w:r w:rsidRPr="001A7EF8">
        <w:rPr>
          <w:sz w:val="24"/>
          <w:szCs w:val="24"/>
        </w:rPr>
        <w:t xml:space="preserve"> o </w:t>
      </w:r>
      <w:proofErr w:type="spellStart"/>
      <w:r w:rsidRPr="001A7EF8">
        <w:rPr>
          <w:sz w:val="24"/>
          <w:szCs w:val="24"/>
        </w:rPr>
        <w:t>ochronie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danych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osobowych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informuję</w:t>
      </w:r>
      <w:proofErr w:type="spellEnd"/>
      <w:r w:rsidRPr="001A7EF8">
        <w:rPr>
          <w:sz w:val="24"/>
          <w:szCs w:val="24"/>
        </w:rPr>
        <w:t xml:space="preserve">, </w:t>
      </w:r>
      <w:proofErr w:type="spellStart"/>
      <w:r w:rsidRPr="001A7EF8">
        <w:rPr>
          <w:sz w:val="24"/>
          <w:szCs w:val="24"/>
        </w:rPr>
        <w:t>iż</w:t>
      </w:r>
      <w:proofErr w:type="spellEnd"/>
      <w:r w:rsidRPr="001A7EF8">
        <w:rPr>
          <w:sz w:val="24"/>
          <w:szCs w:val="24"/>
        </w:rPr>
        <w:t>:</w:t>
      </w:r>
    </w:p>
    <w:p w:rsidR="0036704C" w:rsidRPr="005D22B7" w:rsidRDefault="0036704C" w:rsidP="0036704C">
      <w:pPr>
        <w:pStyle w:val="Akapitzlist"/>
        <w:numPr>
          <w:ilvl w:val="0"/>
          <w:numId w:val="10"/>
        </w:numPr>
        <w:spacing w:after="160" w:line="259" w:lineRule="auto"/>
        <w:rPr>
          <w:sz w:val="24"/>
          <w:szCs w:val="24"/>
        </w:rPr>
      </w:pPr>
      <w:proofErr w:type="spellStart"/>
      <w:r w:rsidRPr="001A7EF8">
        <w:rPr>
          <w:sz w:val="24"/>
          <w:szCs w:val="24"/>
        </w:rPr>
        <w:t>Administratorem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danych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osobowych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Pani</w:t>
      </w:r>
      <w:proofErr w:type="spellEnd"/>
      <w:r w:rsidRPr="001A7EF8">
        <w:rPr>
          <w:sz w:val="24"/>
          <w:szCs w:val="24"/>
        </w:rPr>
        <w:t xml:space="preserve">/Pana </w:t>
      </w:r>
      <w:proofErr w:type="spellStart"/>
      <w:r w:rsidRPr="001A7EF8">
        <w:rPr>
          <w:sz w:val="24"/>
          <w:szCs w:val="24"/>
        </w:rPr>
        <w:t>dziecka</w:t>
      </w:r>
      <w:proofErr w:type="spellEnd"/>
      <w:r w:rsidRPr="001A7EF8">
        <w:rPr>
          <w:sz w:val="24"/>
          <w:szCs w:val="24"/>
        </w:rPr>
        <w:t xml:space="preserve"> jest </w:t>
      </w:r>
      <w:proofErr w:type="spellStart"/>
      <w:r w:rsidRPr="001A7EF8">
        <w:rPr>
          <w:sz w:val="24"/>
          <w:szCs w:val="24"/>
        </w:rPr>
        <w:t>Gminne</w:t>
      </w:r>
      <w:proofErr w:type="spellEnd"/>
      <w:r w:rsidRPr="001A7EF8">
        <w:rPr>
          <w:sz w:val="24"/>
          <w:szCs w:val="24"/>
        </w:rPr>
        <w:t xml:space="preserve"> Centrum </w:t>
      </w:r>
      <w:proofErr w:type="spellStart"/>
      <w:r w:rsidRPr="001A7EF8">
        <w:rPr>
          <w:sz w:val="24"/>
          <w:szCs w:val="24"/>
        </w:rPr>
        <w:t>Kultury</w:t>
      </w:r>
      <w:proofErr w:type="spellEnd"/>
      <w:r w:rsidRPr="001A7EF8">
        <w:rPr>
          <w:sz w:val="24"/>
          <w:szCs w:val="24"/>
        </w:rPr>
        <w:t xml:space="preserve"> w </w:t>
      </w:r>
      <w:proofErr w:type="spellStart"/>
      <w:r w:rsidRPr="001A7EF8">
        <w:rPr>
          <w:sz w:val="24"/>
          <w:szCs w:val="24"/>
        </w:rPr>
        <w:t>Jerzmanowej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ul</w:t>
      </w:r>
      <w:proofErr w:type="spellEnd"/>
      <w:r w:rsidRPr="001A7EF8">
        <w:rPr>
          <w:sz w:val="24"/>
          <w:szCs w:val="24"/>
        </w:rPr>
        <w:t xml:space="preserve">. </w:t>
      </w:r>
      <w:proofErr w:type="spellStart"/>
      <w:r w:rsidRPr="001A7EF8">
        <w:rPr>
          <w:sz w:val="24"/>
          <w:szCs w:val="24"/>
        </w:rPr>
        <w:t>Głogowska</w:t>
      </w:r>
      <w:proofErr w:type="spellEnd"/>
      <w:r w:rsidRPr="001A7EF8">
        <w:rPr>
          <w:sz w:val="24"/>
          <w:szCs w:val="24"/>
        </w:rPr>
        <w:t xml:space="preserve"> 8, 67-222 </w:t>
      </w:r>
      <w:proofErr w:type="spellStart"/>
      <w:r w:rsidRPr="001A7EF8">
        <w:rPr>
          <w:sz w:val="24"/>
          <w:szCs w:val="24"/>
        </w:rPr>
        <w:t>Jerzmanowa</w:t>
      </w:r>
      <w:proofErr w:type="spellEnd"/>
      <w:r w:rsidRPr="001A7EF8">
        <w:rPr>
          <w:sz w:val="24"/>
          <w:szCs w:val="24"/>
        </w:rPr>
        <w:t xml:space="preserve">, </w:t>
      </w:r>
      <w:proofErr w:type="spellStart"/>
      <w:r w:rsidRPr="001A7EF8">
        <w:rPr>
          <w:sz w:val="24"/>
          <w:szCs w:val="24"/>
        </w:rPr>
        <w:t>zwane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dalej</w:t>
      </w:r>
      <w:proofErr w:type="spellEnd"/>
      <w:r w:rsidRPr="001A7EF8">
        <w:rPr>
          <w:sz w:val="24"/>
          <w:szCs w:val="24"/>
        </w:rPr>
        <w:t xml:space="preserve"> GCK </w:t>
      </w:r>
      <w:proofErr w:type="spellStart"/>
      <w:r w:rsidRPr="001A7EF8">
        <w:rPr>
          <w:sz w:val="24"/>
          <w:szCs w:val="24"/>
        </w:rPr>
        <w:t>Jerzmanowa</w:t>
      </w:r>
      <w:proofErr w:type="spellEnd"/>
      <w:r w:rsidRPr="001A7EF8">
        <w:rPr>
          <w:sz w:val="24"/>
          <w:szCs w:val="24"/>
        </w:rPr>
        <w:t>.</w:t>
      </w:r>
    </w:p>
    <w:p w:rsidR="0036704C" w:rsidRPr="005D22B7" w:rsidRDefault="0036704C" w:rsidP="0036704C">
      <w:pPr>
        <w:pStyle w:val="Akapitzlist"/>
        <w:numPr>
          <w:ilvl w:val="0"/>
          <w:numId w:val="10"/>
        </w:numPr>
        <w:spacing w:after="160" w:line="259" w:lineRule="auto"/>
        <w:rPr>
          <w:sz w:val="24"/>
          <w:szCs w:val="24"/>
        </w:rPr>
      </w:pPr>
      <w:proofErr w:type="spellStart"/>
      <w:r w:rsidRPr="001A7EF8">
        <w:rPr>
          <w:sz w:val="24"/>
          <w:szCs w:val="24"/>
        </w:rPr>
        <w:t>Inspektorem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ochrony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danych</w:t>
      </w:r>
      <w:proofErr w:type="spellEnd"/>
      <w:r w:rsidRPr="001A7EF8">
        <w:rPr>
          <w:sz w:val="24"/>
          <w:szCs w:val="24"/>
        </w:rPr>
        <w:t xml:space="preserve"> w GCK </w:t>
      </w:r>
      <w:proofErr w:type="spellStart"/>
      <w:r w:rsidRPr="001A7EF8">
        <w:rPr>
          <w:sz w:val="24"/>
          <w:szCs w:val="24"/>
        </w:rPr>
        <w:t>Jerzmanowa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od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dnia</w:t>
      </w:r>
      <w:proofErr w:type="spellEnd"/>
      <w:r w:rsidRPr="001A7EF8">
        <w:rPr>
          <w:sz w:val="24"/>
          <w:szCs w:val="24"/>
        </w:rPr>
        <w:t xml:space="preserve"> 25.05.2018 r. jest pan Tomasz </w:t>
      </w:r>
      <w:proofErr w:type="spellStart"/>
      <w:r w:rsidRPr="001A7EF8">
        <w:rPr>
          <w:sz w:val="24"/>
          <w:szCs w:val="24"/>
        </w:rPr>
        <w:t>Wadas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dostępny</w:t>
      </w:r>
      <w:proofErr w:type="spellEnd"/>
      <w:r w:rsidRPr="001A7EF8">
        <w:rPr>
          <w:sz w:val="24"/>
          <w:szCs w:val="24"/>
        </w:rPr>
        <w:t xml:space="preserve"> pod </w:t>
      </w:r>
      <w:proofErr w:type="spellStart"/>
      <w:r w:rsidRPr="001A7EF8">
        <w:rPr>
          <w:sz w:val="24"/>
          <w:szCs w:val="24"/>
        </w:rPr>
        <w:t>numerem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telefonu</w:t>
      </w:r>
      <w:proofErr w:type="spellEnd"/>
      <w:r w:rsidRPr="001A7EF8">
        <w:rPr>
          <w:sz w:val="24"/>
          <w:szCs w:val="24"/>
        </w:rPr>
        <w:t xml:space="preserve"> 509 737</w:t>
      </w:r>
      <w:r>
        <w:rPr>
          <w:sz w:val="24"/>
          <w:szCs w:val="24"/>
        </w:rPr>
        <w:t> </w:t>
      </w:r>
      <w:r w:rsidRPr="001A7EF8">
        <w:rPr>
          <w:sz w:val="24"/>
          <w:szCs w:val="24"/>
        </w:rPr>
        <w:t>586.</w:t>
      </w:r>
    </w:p>
    <w:p w:rsidR="0036704C" w:rsidRPr="0036704C" w:rsidRDefault="0036704C" w:rsidP="00BF18FA">
      <w:pPr>
        <w:pStyle w:val="Akapitzlist"/>
        <w:numPr>
          <w:ilvl w:val="0"/>
          <w:numId w:val="10"/>
        </w:numPr>
        <w:spacing w:after="160" w:line="259" w:lineRule="auto"/>
        <w:rPr>
          <w:sz w:val="24"/>
          <w:szCs w:val="24"/>
        </w:rPr>
      </w:pPr>
      <w:r w:rsidRPr="0036704C">
        <w:rPr>
          <w:sz w:val="24"/>
          <w:szCs w:val="24"/>
        </w:rPr>
        <w:lastRenderedPageBreak/>
        <w:t xml:space="preserve">Dane </w:t>
      </w:r>
      <w:proofErr w:type="spellStart"/>
      <w:r w:rsidRPr="0036704C">
        <w:rPr>
          <w:sz w:val="24"/>
          <w:szCs w:val="24"/>
        </w:rPr>
        <w:t>osobowe</w:t>
      </w:r>
      <w:proofErr w:type="spellEnd"/>
      <w:r w:rsidRPr="0036704C">
        <w:rPr>
          <w:sz w:val="24"/>
          <w:szCs w:val="24"/>
        </w:rPr>
        <w:t xml:space="preserve"> </w:t>
      </w:r>
      <w:proofErr w:type="spellStart"/>
      <w:r w:rsidRPr="0036704C">
        <w:rPr>
          <w:sz w:val="24"/>
          <w:szCs w:val="24"/>
        </w:rPr>
        <w:t>Pani</w:t>
      </w:r>
      <w:proofErr w:type="spellEnd"/>
      <w:r w:rsidRPr="0036704C">
        <w:rPr>
          <w:sz w:val="24"/>
          <w:szCs w:val="24"/>
        </w:rPr>
        <w:t xml:space="preserve">/Pana </w:t>
      </w:r>
      <w:proofErr w:type="spellStart"/>
      <w:r w:rsidRPr="0036704C">
        <w:rPr>
          <w:sz w:val="24"/>
          <w:szCs w:val="24"/>
        </w:rPr>
        <w:t>dziecka</w:t>
      </w:r>
      <w:proofErr w:type="spellEnd"/>
      <w:r w:rsidRPr="0036704C">
        <w:rPr>
          <w:sz w:val="24"/>
          <w:szCs w:val="24"/>
        </w:rPr>
        <w:t xml:space="preserve"> </w:t>
      </w:r>
      <w:proofErr w:type="spellStart"/>
      <w:r w:rsidRPr="0036704C">
        <w:rPr>
          <w:sz w:val="24"/>
          <w:szCs w:val="24"/>
        </w:rPr>
        <w:t>przetwarzane</w:t>
      </w:r>
      <w:proofErr w:type="spellEnd"/>
      <w:r w:rsidRPr="0036704C">
        <w:rPr>
          <w:sz w:val="24"/>
          <w:szCs w:val="24"/>
        </w:rPr>
        <w:t xml:space="preserve"> </w:t>
      </w:r>
      <w:proofErr w:type="spellStart"/>
      <w:r w:rsidRPr="0036704C">
        <w:rPr>
          <w:sz w:val="24"/>
          <w:szCs w:val="24"/>
        </w:rPr>
        <w:t>będą</w:t>
      </w:r>
      <w:proofErr w:type="spellEnd"/>
      <w:r w:rsidRPr="0036704C">
        <w:rPr>
          <w:sz w:val="24"/>
          <w:szCs w:val="24"/>
        </w:rPr>
        <w:t xml:space="preserve"> w </w:t>
      </w:r>
      <w:proofErr w:type="spellStart"/>
      <w:r w:rsidRPr="0036704C">
        <w:rPr>
          <w:sz w:val="24"/>
          <w:szCs w:val="24"/>
        </w:rPr>
        <w:t>celu</w:t>
      </w:r>
      <w:proofErr w:type="spellEnd"/>
      <w:r w:rsidRPr="0036704C">
        <w:rPr>
          <w:sz w:val="24"/>
          <w:szCs w:val="24"/>
        </w:rPr>
        <w:t xml:space="preserve"> </w:t>
      </w:r>
      <w:proofErr w:type="spellStart"/>
      <w:r w:rsidRPr="0036704C">
        <w:rPr>
          <w:sz w:val="24"/>
          <w:szCs w:val="24"/>
        </w:rPr>
        <w:t>realizacji</w:t>
      </w:r>
      <w:proofErr w:type="spellEnd"/>
      <w:r w:rsidRPr="0036704C">
        <w:rPr>
          <w:sz w:val="24"/>
          <w:szCs w:val="24"/>
        </w:rPr>
        <w:t xml:space="preserve"> </w:t>
      </w:r>
      <w:proofErr w:type="spellStart"/>
      <w:r w:rsidRPr="0036704C">
        <w:rPr>
          <w:sz w:val="24"/>
          <w:szCs w:val="24"/>
        </w:rPr>
        <w:t>udziału</w:t>
      </w:r>
      <w:proofErr w:type="spellEnd"/>
      <w:r w:rsidRPr="0036704C">
        <w:rPr>
          <w:sz w:val="24"/>
          <w:szCs w:val="24"/>
        </w:rPr>
        <w:t xml:space="preserve"> </w:t>
      </w:r>
      <w:proofErr w:type="spellStart"/>
      <w:r w:rsidRPr="0036704C">
        <w:rPr>
          <w:sz w:val="24"/>
          <w:szCs w:val="24"/>
        </w:rPr>
        <w:t>dziecka</w:t>
      </w:r>
      <w:proofErr w:type="spellEnd"/>
      <w:r w:rsidRPr="0036704C">
        <w:rPr>
          <w:sz w:val="24"/>
          <w:szCs w:val="24"/>
        </w:rPr>
        <w:t xml:space="preserve"> w </w:t>
      </w:r>
      <w:proofErr w:type="spellStart"/>
      <w:r w:rsidRPr="0036704C">
        <w:rPr>
          <w:sz w:val="24"/>
          <w:szCs w:val="24"/>
        </w:rPr>
        <w:t>konkursie</w:t>
      </w:r>
      <w:proofErr w:type="spellEnd"/>
      <w:r w:rsidRPr="0036704C">
        <w:rPr>
          <w:sz w:val="24"/>
          <w:szCs w:val="24"/>
        </w:rPr>
        <w:t xml:space="preserve"> </w:t>
      </w:r>
      <w:proofErr w:type="spellStart"/>
      <w:r w:rsidRPr="0036704C">
        <w:rPr>
          <w:sz w:val="24"/>
          <w:szCs w:val="24"/>
        </w:rPr>
        <w:t>filmowym</w:t>
      </w:r>
      <w:proofErr w:type="spellEnd"/>
      <w:r w:rsidRPr="0036704C">
        <w:rPr>
          <w:sz w:val="24"/>
          <w:szCs w:val="24"/>
        </w:rPr>
        <w:t xml:space="preserve"> “</w:t>
      </w:r>
      <w:proofErr w:type="spellStart"/>
      <w:r w:rsidRPr="0036704C">
        <w:rPr>
          <w:sz w:val="24"/>
          <w:szCs w:val="24"/>
        </w:rPr>
        <w:t>Tuwim</w:t>
      </w:r>
      <w:proofErr w:type="spellEnd"/>
      <w:r w:rsidRPr="0036704C">
        <w:rPr>
          <w:sz w:val="24"/>
          <w:szCs w:val="24"/>
        </w:rPr>
        <w:t xml:space="preserve"> w </w:t>
      </w:r>
      <w:proofErr w:type="spellStart"/>
      <w:r w:rsidRPr="0036704C">
        <w:rPr>
          <w:sz w:val="24"/>
          <w:szCs w:val="24"/>
        </w:rPr>
        <w:t>obiektywie</w:t>
      </w:r>
      <w:proofErr w:type="spellEnd"/>
      <w:r w:rsidRPr="0036704C">
        <w:rPr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36704C" w:rsidRPr="005D22B7" w:rsidRDefault="0036704C" w:rsidP="0036704C">
      <w:pPr>
        <w:pStyle w:val="Akapitzlist"/>
        <w:numPr>
          <w:ilvl w:val="0"/>
          <w:numId w:val="10"/>
        </w:numPr>
        <w:spacing w:after="160" w:line="259" w:lineRule="auto"/>
        <w:rPr>
          <w:sz w:val="24"/>
          <w:szCs w:val="24"/>
        </w:rPr>
      </w:pPr>
      <w:proofErr w:type="spellStart"/>
      <w:r w:rsidRPr="001A7EF8">
        <w:rPr>
          <w:sz w:val="24"/>
          <w:szCs w:val="24"/>
        </w:rPr>
        <w:t>Odbiorcą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danych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osobowych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Pani</w:t>
      </w:r>
      <w:proofErr w:type="spellEnd"/>
      <w:r w:rsidRPr="001A7EF8">
        <w:rPr>
          <w:sz w:val="24"/>
          <w:szCs w:val="24"/>
        </w:rPr>
        <w:t xml:space="preserve">/Pana </w:t>
      </w:r>
      <w:proofErr w:type="spellStart"/>
      <w:r w:rsidRPr="001A7EF8">
        <w:rPr>
          <w:sz w:val="24"/>
          <w:szCs w:val="24"/>
        </w:rPr>
        <w:t>dziecka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będzie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organizator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konkursu</w:t>
      </w:r>
      <w:proofErr w:type="spellEnd"/>
      <w:r>
        <w:rPr>
          <w:sz w:val="24"/>
          <w:szCs w:val="24"/>
        </w:rPr>
        <w:t xml:space="preserve"> </w:t>
      </w:r>
      <w:r w:rsidRPr="001A7EF8">
        <w:rPr>
          <w:sz w:val="24"/>
          <w:szCs w:val="24"/>
        </w:rPr>
        <w:t>(</w:t>
      </w:r>
      <w:proofErr w:type="spellStart"/>
      <w:r w:rsidRPr="001A7EF8">
        <w:rPr>
          <w:sz w:val="24"/>
          <w:szCs w:val="24"/>
        </w:rPr>
        <w:t>G</w:t>
      </w:r>
      <w:r>
        <w:rPr>
          <w:sz w:val="24"/>
          <w:szCs w:val="24"/>
        </w:rPr>
        <w:t>minna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Biblioteka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Publiczna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Jerzmanowej</w:t>
      </w:r>
      <w:proofErr w:type="spellEnd"/>
      <w:r w:rsidRPr="001A7EF8">
        <w:rPr>
          <w:sz w:val="24"/>
          <w:szCs w:val="24"/>
        </w:rPr>
        <w:t>).</w:t>
      </w:r>
    </w:p>
    <w:p w:rsidR="0036704C" w:rsidRPr="005D22B7" w:rsidRDefault="0036704C" w:rsidP="0036704C">
      <w:pPr>
        <w:pStyle w:val="Akapitzlist"/>
        <w:numPr>
          <w:ilvl w:val="0"/>
          <w:numId w:val="10"/>
        </w:numPr>
        <w:spacing w:after="160" w:line="259" w:lineRule="auto"/>
        <w:rPr>
          <w:sz w:val="24"/>
          <w:szCs w:val="24"/>
        </w:rPr>
      </w:pPr>
      <w:r w:rsidRPr="001A7EF8">
        <w:rPr>
          <w:sz w:val="24"/>
          <w:szCs w:val="24"/>
        </w:rPr>
        <w:t xml:space="preserve">Dane </w:t>
      </w:r>
      <w:proofErr w:type="spellStart"/>
      <w:r w:rsidRPr="001A7EF8">
        <w:rPr>
          <w:sz w:val="24"/>
          <w:szCs w:val="24"/>
        </w:rPr>
        <w:t>osobowe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Pani</w:t>
      </w:r>
      <w:proofErr w:type="spellEnd"/>
      <w:r w:rsidRPr="001A7EF8">
        <w:rPr>
          <w:sz w:val="24"/>
          <w:szCs w:val="24"/>
        </w:rPr>
        <w:t xml:space="preserve">/Pana </w:t>
      </w:r>
      <w:proofErr w:type="spellStart"/>
      <w:r w:rsidRPr="001A7EF8">
        <w:rPr>
          <w:sz w:val="24"/>
          <w:szCs w:val="24"/>
        </w:rPr>
        <w:t>będą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przechowywane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przez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okres</w:t>
      </w:r>
      <w:proofErr w:type="spellEnd"/>
      <w:r w:rsidRPr="001A7EF8">
        <w:rPr>
          <w:sz w:val="24"/>
          <w:szCs w:val="24"/>
        </w:rPr>
        <w:t xml:space="preserve"> 1 </w:t>
      </w:r>
      <w:proofErr w:type="spellStart"/>
      <w:r w:rsidRPr="001A7EF8">
        <w:rPr>
          <w:sz w:val="24"/>
          <w:szCs w:val="24"/>
        </w:rPr>
        <w:t>roku</w:t>
      </w:r>
      <w:proofErr w:type="spellEnd"/>
      <w:r w:rsidRPr="001A7EF8">
        <w:rPr>
          <w:sz w:val="24"/>
          <w:szCs w:val="24"/>
        </w:rPr>
        <w:t>.</w:t>
      </w:r>
    </w:p>
    <w:p w:rsidR="0036704C" w:rsidRPr="005D22B7" w:rsidRDefault="0036704C" w:rsidP="0036704C">
      <w:pPr>
        <w:pStyle w:val="Akapitzlist"/>
        <w:numPr>
          <w:ilvl w:val="0"/>
          <w:numId w:val="10"/>
        </w:numPr>
        <w:spacing w:after="160" w:line="259" w:lineRule="auto"/>
        <w:rPr>
          <w:sz w:val="24"/>
          <w:szCs w:val="24"/>
        </w:rPr>
      </w:pPr>
      <w:proofErr w:type="spellStart"/>
      <w:r w:rsidRPr="001A7EF8">
        <w:rPr>
          <w:sz w:val="24"/>
          <w:szCs w:val="24"/>
        </w:rPr>
        <w:t>Posiada</w:t>
      </w:r>
      <w:proofErr w:type="spellEnd"/>
      <w:r w:rsidRPr="001A7EF8">
        <w:rPr>
          <w:sz w:val="24"/>
          <w:szCs w:val="24"/>
        </w:rPr>
        <w:t xml:space="preserve"> Pan/</w:t>
      </w:r>
      <w:proofErr w:type="spellStart"/>
      <w:r w:rsidRPr="001A7EF8">
        <w:rPr>
          <w:sz w:val="24"/>
          <w:szCs w:val="24"/>
        </w:rPr>
        <w:t>Pani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prawo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dostępu</w:t>
      </w:r>
      <w:proofErr w:type="spellEnd"/>
      <w:r w:rsidRPr="001A7EF8">
        <w:rPr>
          <w:sz w:val="24"/>
          <w:szCs w:val="24"/>
        </w:rPr>
        <w:t xml:space="preserve"> do </w:t>
      </w:r>
      <w:proofErr w:type="spellStart"/>
      <w:r w:rsidRPr="001A7EF8">
        <w:rPr>
          <w:sz w:val="24"/>
          <w:szCs w:val="24"/>
        </w:rPr>
        <w:t>treści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danych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dziecka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oraz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prawo</w:t>
      </w:r>
      <w:proofErr w:type="spellEnd"/>
      <w:r w:rsidRPr="001A7EF8">
        <w:rPr>
          <w:sz w:val="24"/>
          <w:szCs w:val="24"/>
        </w:rPr>
        <w:t xml:space="preserve"> do </w:t>
      </w:r>
      <w:proofErr w:type="spellStart"/>
      <w:r w:rsidRPr="001A7EF8">
        <w:rPr>
          <w:sz w:val="24"/>
          <w:szCs w:val="24"/>
        </w:rPr>
        <w:t>ich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sprostowania</w:t>
      </w:r>
      <w:proofErr w:type="spellEnd"/>
      <w:r w:rsidRPr="001A7EF8">
        <w:rPr>
          <w:sz w:val="24"/>
          <w:szCs w:val="24"/>
        </w:rPr>
        <w:t xml:space="preserve">, </w:t>
      </w:r>
      <w:proofErr w:type="spellStart"/>
      <w:r w:rsidRPr="001A7EF8">
        <w:rPr>
          <w:sz w:val="24"/>
          <w:szCs w:val="24"/>
        </w:rPr>
        <w:t>usunięcia</w:t>
      </w:r>
      <w:proofErr w:type="spellEnd"/>
      <w:r w:rsidRPr="001A7EF8">
        <w:rPr>
          <w:sz w:val="24"/>
          <w:szCs w:val="24"/>
        </w:rPr>
        <w:t xml:space="preserve">, </w:t>
      </w:r>
      <w:proofErr w:type="spellStart"/>
      <w:r w:rsidRPr="001A7EF8">
        <w:rPr>
          <w:sz w:val="24"/>
          <w:szCs w:val="24"/>
        </w:rPr>
        <w:t>ograniczenia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przetwarzania</w:t>
      </w:r>
      <w:proofErr w:type="spellEnd"/>
      <w:r w:rsidRPr="001A7EF8">
        <w:rPr>
          <w:sz w:val="24"/>
          <w:szCs w:val="24"/>
        </w:rPr>
        <w:t xml:space="preserve">, </w:t>
      </w:r>
      <w:proofErr w:type="spellStart"/>
      <w:r w:rsidRPr="001A7EF8">
        <w:rPr>
          <w:sz w:val="24"/>
          <w:szCs w:val="24"/>
        </w:rPr>
        <w:t>prawo</w:t>
      </w:r>
      <w:proofErr w:type="spellEnd"/>
      <w:r w:rsidRPr="001A7EF8">
        <w:rPr>
          <w:sz w:val="24"/>
          <w:szCs w:val="24"/>
        </w:rPr>
        <w:t xml:space="preserve"> do </w:t>
      </w:r>
      <w:proofErr w:type="spellStart"/>
      <w:r w:rsidRPr="001A7EF8">
        <w:rPr>
          <w:sz w:val="24"/>
          <w:szCs w:val="24"/>
        </w:rPr>
        <w:t>przenoszenia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danych</w:t>
      </w:r>
      <w:proofErr w:type="spellEnd"/>
      <w:r w:rsidRPr="001A7EF8">
        <w:rPr>
          <w:sz w:val="24"/>
          <w:szCs w:val="24"/>
        </w:rPr>
        <w:t xml:space="preserve">, </w:t>
      </w:r>
      <w:proofErr w:type="spellStart"/>
      <w:r w:rsidRPr="001A7EF8">
        <w:rPr>
          <w:sz w:val="24"/>
          <w:szCs w:val="24"/>
        </w:rPr>
        <w:t>prawo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wniesienia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sprzeciwu</w:t>
      </w:r>
      <w:proofErr w:type="spellEnd"/>
      <w:r w:rsidRPr="001A7EF8">
        <w:rPr>
          <w:sz w:val="24"/>
          <w:szCs w:val="24"/>
        </w:rPr>
        <w:t xml:space="preserve">, </w:t>
      </w:r>
      <w:proofErr w:type="spellStart"/>
      <w:r w:rsidRPr="001A7EF8">
        <w:rPr>
          <w:sz w:val="24"/>
          <w:szCs w:val="24"/>
        </w:rPr>
        <w:t>prawo</w:t>
      </w:r>
      <w:proofErr w:type="spellEnd"/>
      <w:r w:rsidRPr="001A7EF8">
        <w:rPr>
          <w:sz w:val="24"/>
          <w:szCs w:val="24"/>
        </w:rPr>
        <w:t xml:space="preserve"> do </w:t>
      </w:r>
      <w:proofErr w:type="spellStart"/>
      <w:r w:rsidRPr="001A7EF8">
        <w:rPr>
          <w:sz w:val="24"/>
          <w:szCs w:val="24"/>
        </w:rPr>
        <w:t>cofnięcia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zgody</w:t>
      </w:r>
      <w:proofErr w:type="spellEnd"/>
      <w:r w:rsidRPr="001A7EF8">
        <w:rPr>
          <w:sz w:val="24"/>
          <w:szCs w:val="24"/>
        </w:rPr>
        <w:t xml:space="preserve"> w </w:t>
      </w:r>
      <w:proofErr w:type="spellStart"/>
      <w:r w:rsidRPr="001A7EF8">
        <w:rPr>
          <w:sz w:val="24"/>
          <w:szCs w:val="24"/>
        </w:rPr>
        <w:t>dowolnym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momencie</w:t>
      </w:r>
      <w:proofErr w:type="spellEnd"/>
      <w:r w:rsidRPr="001A7EF8">
        <w:rPr>
          <w:sz w:val="24"/>
          <w:szCs w:val="24"/>
        </w:rPr>
        <w:t xml:space="preserve"> bez </w:t>
      </w:r>
      <w:proofErr w:type="spellStart"/>
      <w:r w:rsidRPr="001A7EF8">
        <w:rPr>
          <w:sz w:val="24"/>
          <w:szCs w:val="24"/>
        </w:rPr>
        <w:t>wpływu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na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zgodność</w:t>
      </w:r>
      <w:proofErr w:type="spellEnd"/>
      <w:r w:rsidRPr="001A7EF8">
        <w:rPr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prawem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przetwarzania</w:t>
      </w:r>
      <w:proofErr w:type="spellEnd"/>
      <w:r w:rsidRPr="001A7EF8">
        <w:rPr>
          <w:sz w:val="24"/>
          <w:szCs w:val="24"/>
        </w:rPr>
        <w:t xml:space="preserve">, </w:t>
      </w:r>
      <w:proofErr w:type="spellStart"/>
      <w:r w:rsidRPr="001A7EF8">
        <w:rPr>
          <w:sz w:val="24"/>
          <w:szCs w:val="24"/>
        </w:rPr>
        <w:t>którego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dokonano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na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podstawie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zgody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przed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jej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cofnięciem</w:t>
      </w:r>
      <w:proofErr w:type="spellEnd"/>
      <w:r w:rsidRPr="001A7EF8">
        <w:rPr>
          <w:sz w:val="24"/>
          <w:szCs w:val="24"/>
        </w:rPr>
        <w:t>.</w:t>
      </w:r>
    </w:p>
    <w:p w:rsidR="0036704C" w:rsidRPr="005D22B7" w:rsidRDefault="0036704C" w:rsidP="0036704C">
      <w:pPr>
        <w:pStyle w:val="Akapitzlist"/>
        <w:numPr>
          <w:ilvl w:val="0"/>
          <w:numId w:val="10"/>
        </w:numPr>
        <w:spacing w:after="160" w:line="259" w:lineRule="auto"/>
        <w:rPr>
          <w:sz w:val="24"/>
          <w:szCs w:val="24"/>
        </w:rPr>
      </w:pPr>
      <w:r w:rsidRPr="001A7EF8">
        <w:rPr>
          <w:sz w:val="24"/>
          <w:szCs w:val="24"/>
        </w:rPr>
        <w:t>Ma Pan/</w:t>
      </w:r>
      <w:proofErr w:type="spellStart"/>
      <w:r w:rsidRPr="001A7EF8">
        <w:rPr>
          <w:sz w:val="24"/>
          <w:szCs w:val="24"/>
        </w:rPr>
        <w:t>Pani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prawo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wniesienia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skargi</w:t>
      </w:r>
      <w:proofErr w:type="spellEnd"/>
      <w:r w:rsidRPr="001A7EF8">
        <w:rPr>
          <w:sz w:val="24"/>
          <w:szCs w:val="24"/>
        </w:rPr>
        <w:t xml:space="preserve"> do </w:t>
      </w:r>
      <w:proofErr w:type="spellStart"/>
      <w:r w:rsidRPr="001A7EF8">
        <w:rPr>
          <w:sz w:val="24"/>
          <w:szCs w:val="24"/>
        </w:rPr>
        <w:t>organu</w:t>
      </w:r>
      <w:proofErr w:type="spellEnd"/>
      <w:r w:rsidRPr="001A7EF8">
        <w:rPr>
          <w:sz w:val="24"/>
          <w:szCs w:val="24"/>
        </w:rPr>
        <w:t xml:space="preserve">, </w:t>
      </w:r>
      <w:proofErr w:type="spellStart"/>
      <w:r w:rsidRPr="001A7EF8">
        <w:rPr>
          <w:sz w:val="24"/>
          <w:szCs w:val="24"/>
        </w:rPr>
        <w:t>gdy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uzna</w:t>
      </w:r>
      <w:proofErr w:type="spellEnd"/>
      <w:r w:rsidRPr="001A7EF8">
        <w:rPr>
          <w:sz w:val="24"/>
          <w:szCs w:val="24"/>
        </w:rPr>
        <w:t xml:space="preserve"> Pan/</w:t>
      </w:r>
      <w:proofErr w:type="spellStart"/>
      <w:r w:rsidRPr="001A7EF8">
        <w:rPr>
          <w:sz w:val="24"/>
          <w:szCs w:val="24"/>
        </w:rPr>
        <w:t>Pani</w:t>
      </w:r>
      <w:proofErr w:type="spellEnd"/>
      <w:r w:rsidRPr="001A7EF8">
        <w:rPr>
          <w:sz w:val="24"/>
          <w:szCs w:val="24"/>
        </w:rPr>
        <w:t xml:space="preserve">, </w:t>
      </w:r>
      <w:proofErr w:type="spellStart"/>
      <w:r w:rsidRPr="001A7EF8">
        <w:rPr>
          <w:sz w:val="24"/>
          <w:szCs w:val="24"/>
        </w:rPr>
        <w:t>iż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przetwarzanie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danych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osobowych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Pani</w:t>
      </w:r>
      <w:proofErr w:type="spellEnd"/>
      <w:r w:rsidRPr="001A7EF8">
        <w:rPr>
          <w:sz w:val="24"/>
          <w:szCs w:val="24"/>
        </w:rPr>
        <w:t xml:space="preserve">/Pana </w:t>
      </w:r>
      <w:proofErr w:type="spellStart"/>
      <w:r w:rsidRPr="001A7EF8">
        <w:rPr>
          <w:sz w:val="24"/>
          <w:szCs w:val="24"/>
        </w:rPr>
        <w:t>dziecka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narusza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przepisy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ogólnego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rozporządzenia</w:t>
      </w:r>
      <w:proofErr w:type="spellEnd"/>
      <w:r w:rsidRPr="001A7EF8">
        <w:rPr>
          <w:sz w:val="24"/>
          <w:szCs w:val="24"/>
        </w:rPr>
        <w:t xml:space="preserve"> o </w:t>
      </w:r>
      <w:proofErr w:type="spellStart"/>
      <w:r w:rsidRPr="001A7EF8">
        <w:rPr>
          <w:sz w:val="24"/>
          <w:szCs w:val="24"/>
        </w:rPr>
        <w:t>ochronie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danych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osobowych</w:t>
      </w:r>
      <w:proofErr w:type="spellEnd"/>
      <w:r w:rsidRPr="001A7EF8">
        <w:rPr>
          <w:sz w:val="24"/>
          <w:szCs w:val="24"/>
        </w:rPr>
        <w:t xml:space="preserve"> z </w:t>
      </w:r>
      <w:proofErr w:type="spellStart"/>
      <w:r w:rsidRPr="001A7EF8">
        <w:rPr>
          <w:sz w:val="24"/>
          <w:szCs w:val="24"/>
        </w:rPr>
        <w:t>dnia</w:t>
      </w:r>
      <w:proofErr w:type="spellEnd"/>
      <w:r w:rsidRPr="001A7EF8">
        <w:rPr>
          <w:sz w:val="24"/>
          <w:szCs w:val="24"/>
        </w:rPr>
        <w:t xml:space="preserve"> 27 </w:t>
      </w:r>
      <w:proofErr w:type="spellStart"/>
      <w:r w:rsidRPr="001A7EF8">
        <w:rPr>
          <w:sz w:val="24"/>
          <w:szCs w:val="24"/>
        </w:rPr>
        <w:t>kwietnia</w:t>
      </w:r>
      <w:proofErr w:type="spellEnd"/>
      <w:r w:rsidRPr="001A7EF8">
        <w:rPr>
          <w:sz w:val="24"/>
          <w:szCs w:val="24"/>
        </w:rPr>
        <w:t xml:space="preserve"> 2016r.</w:t>
      </w:r>
    </w:p>
    <w:p w:rsidR="0036704C" w:rsidRDefault="0036704C" w:rsidP="0036704C">
      <w:pPr>
        <w:pStyle w:val="Akapitzlist"/>
        <w:numPr>
          <w:ilvl w:val="0"/>
          <w:numId w:val="10"/>
        </w:numPr>
        <w:spacing w:after="160" w:line="259" w:lineRule="auto"/>
        <w:rPr>
          <w:sz w:val="24"/>
          <w:szCs w:val="24"/>
        </w:rPr>
      </w:pPr>
      <w:proofErr w:type="spellStart"/>
      <w:r w:rsidRPr="001A7EF8">
        <w:rPr>
          <w:sz w:val="24"/>
          <w:szCs w:val="24"/>
        </w:rPr>
        <w:t>Podanie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przez</w:t>
      </w:r>
      <w:proofErr w:type="spellEnd"/>
      <w:r w:rsidRPr="001A7EF8">
        <w:rPr>
          <w:sz w:val="24"/>
          <w:szCs w:val="24"/>
        </w:rPr>
        <w:t xml:space="preserve"> Pana/</w:t>
      </w:r>
      <w:proofErr w:type="spellStart"/>
      <w:r w:rsidRPr="001A7EF8">
        <w:rPr>
          <w:sz w:val="24"/>
          <w:szCs w:val="24"/>
        </w:rPr>
        <w:t>Panią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danych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osobowych</w:t>
      </w:r>
      <w:proofErr w:type="spellEnd"/>
      <w:r w:rsidRPr="001A7EF8">
        <w:rPr>
          <w:sz w:val="24"/>
          <w:szCs w:val="24"/>
        </w:rPr>
        <w:t xml:space="preserve"> jest </w:t>
      </w:r>
      <w:proofErr w:type="spellStart"/>
      <w:r w:rsidRPr="001A7EF8">
        <w:rPr>
          <w:sz w:val="24"/>
          <w:szCs w:val="24"/>
        </w:rPr>
        <w:t>warunkiem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udziału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dziecka</w:t>
      </w:r>
      <w:proofErr w:type="spellEnd"/>
      <w:r w:rsidRPr="001A7EF8">
        <w:rPr>
          <w:sz w:val="24"/>
          <w:szCs w:val="24"/>
        </w:rPr>
        <w:t xml:space="preserve"> w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konkursie</w:t>
      </w:r>
      <w:proofErr w:type="spellEnd"/>
      <w:r w:rsidRPr="001A7EF8">
        <w:rPr>
          <w:sz w:val="24"/>
          <w:szCs w:val="24"/>
        </w:rPr>
        <w:t>. Jest Pan/</w:t>
      </w:r>
      <w:proofErr w:type="spellStart"/>
      <w:r w:rsidRPr="001A7EF8">
        <w:rPr>
          <w:sz w:val="24"/>
          <w:szCs w:val="24"/>
        </w:rPr>
        <w:t>Pani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zobowiązany</w:t>
      </w:r>
      <w:proofErr w:type="spellEnd"/>
      <w:r w:rsidRPr="001A7EF8">
        <w:rPr>
          <w:sz w:val="24"/>
          <w:szCs w:val="24"/>
        </w:rPr>
        <w:t xml:space="preserve"> do </w:t>
      </w:r>
      <w:proofErr w:type="spellStart"/>
      <w:r w:rsidRPr="001A7EF8">
        <w:rPr>
          <w:sz w:val="24"/>
          <w:szCs w:val="24"/>
        </w:rPr>
        <w:t>ich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podania</w:t>
      </w:r>
      <w:proofErr w:type="spellEnd"/>
      <w:r w:rsidRPr="001A7EF8">
        <w:rPr>
          <w:sz w:val="24"/>
          <w:szCs w:val="24"/>
        </w:rPr>
        <w:t xml:space="preserve">, a </w:t>
      </w:r>
      <w:proofErr w:type="spellStart"/>
      <w:r w:rsidRPr="001A7EF8">
        <w:rPr>
          <w:sz w:val="24"/>
          <w:szCs w:val="24"/>
        </w:rPr>
        <w:t>konsekwencją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niepodania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danych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osobowych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będzie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konieczność</w:t>
      </w:r>
      <w:proofErr w:type="spellEnd"/>
      <w:r w:rsidRPr="001A7EF8">
        <w:rPr>
          <w:sz w:val="24"/>
          <w:szCs w:val="24"/>
        </w:rPr>
        <w:t xml:space="preserve"> </w:t>
      </w:r>
      <w:proofErr w:type="spellStart"/>
      <w:r w:rsidRPr="001A7EF8">
        <w:rPr>
          <w:sz w:val="24"/>
          <w:szCs w:val="24"/>
        </w:rPr>
        <w:t>rezygnacji</w:t>
      </w:r>
      <w:proofErr w:type="spellEnd"/>
      <w:r w:rsidRPr="001A7EF8">
        <w:rPr>
          <w:sz w:val="24"/>
          <w:szCs w:val="24"/>
        </w:rPr>
        <w:t xml:space="preserve"> z </w:t>
      </w:r>
      <w:proofErr w:type="spellStart"/>
      <w:r w:rsidR="005D22B7">
        <w:rPr>
          <w:sz w:val="24"/>
          <w:szCs w:val="24"/>
        </w:rPr>
        <w:t>konkursu</w:t>
      </w:r>
      <w:proofErr w:type="spellEnd"/>
      <w:r w:rsidR="005D22B7">
        <w:rPr>
          <w:sz w:val="24"/>
          <w:szCs w:val="24"/>
        </w:rPr>
        <w:t xml:space="preserve">. </w:t>
      </w:r>
    </w:p>
    <w:p w:rsidR="0036704C" w:rsidRPr="001A7EF8" w:rsidRDefault="0036704C" w:rsidP="0036704C">
      <w:pPr>
        <w:pStyle w:val="Akapitzlist"/>
        <w:rPr>
          <w:sz w:val="24"/>
          <w:szCs w:val="24"/>
        </w:rPr>
      </w:pPr>
    </w:p>
    <w:p w:rsidR="0036704C" w:rsidRDefault="0036704C" w:rsidP="0036704C"/>
    <w:sectPr w:rsidR="0036704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954F24"/>
    <w:multiLevelType w:val="hybridMultilevel"/>
    <w:tmpl w:val="D0921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704C"/>
    <w:rsid w:val="0038716B"/>
    <w:rsid w:val="005D22B7"/>
    <w:rsid w:val="008828AC"/>
    <w:rsid w:val="009A2E3E"/>
    <w:rsid w:val="009A773B"/>
    <w:rsid w:val="00AA1D8D"/>
    <w:rsid w:val="00B47730"/>
    <w:rsid w:val="00B71AFB"/>
    <w:rsid w:val="00C063A5"/>
    <w:rsid w:val="00CB0664"/>
    <w:rsid w:val="00E87B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D74ACA"/>
  <w14:defaultImageDpi w14:val="300"/>
  <w15:docId w15:val="{EBEB9DDA-4A4F-4F94-BAA1-3BE3ADAE1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05A5DF-9D9B-458C-BD60-59F2FDBB8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693</Words>
  <Characters>4158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4</cp:revision>
  <dcterms:created xsi:type="dcterms:W3CDTF">2026-01-30T11:58:00Z</dcterms:created>
  <dcterms:modified xsi:type="dcterms:W3CDTF">2026-02-24T09:51:00Z</dcterms:modified>
  <cp:category/>
</cp:coreProperties>
</file>